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SHAMSHER SINGH</w:t>
      </w:r>
    </w:p>
    <w:p>
      <w:pPr>
        <w:jc w:val="center"/>
      </w:pPr>
      <w:r>
        <w:rPr>
          <w:b/>
          <w:sz w:val="22"/>
        </w:rPr>
        <w:t>WAREHOUSE / FACTORY WORKER</w:t>
      </w:r>
    </w:p>
    <w:p>
      <w:pPr>
        <w:pStyle w:val="Heading1"/>
      </w:pPr>
      <w:r>
        <w:t>PROFESSIONAL SUMMARY</w:t>
      </w:r>
    </w:p>
    <w:p>
      <w:r>
        <w:t>Hardworking and reliable warehouse/factory worker with 5 years of experience in India. Experienced in warehouse operations, loading and unloading, material handling, packing, and maintaining a safe and organized workplace. Willing to relocate to Romania and work in warehouse, logistics, or factory operations.</w:t>
      </w:r>
    </w:p>
    <w:p>
      <w:pPr>
        <w:pStyle w:val="Heading1"/>
      </w:pPr>
      <w:r>
        <w:t>WORK EXPERIENCE</w:t>
      </w:r>
    </w:p>
    <w:p>
      <w:r>
        <w:t>Warehouse / Factory Worker — India</w:t>
        <w:br/>
        <w:t>5 Years Experience</w:t>
      </w:r>
    </w:p>
    <w:p>
      <w:pPr>
        <w:pStyle w:val="ListBullet"/>
      </w:pPr>
      <w:r>
        <w:t>Loading and unloading goods and materials.</w:t>
      </w:r>
    </w:p>
    <w:p>
      <w:pPr>
        <w:pStyle w:val="ListBullet"/>
      </w:pPr>
      <w:r>
        <w:t>Packing, sorting and arranging products.</w:t>
      </w:r>
    </w:p>
    <w:p>
      <w:pPr>
        <w:pStyle w:val="ListBullet"/>
      </w:pPr>
      <w:r>
        <w:t>Material handling and movement inside the workplace.</w:t>
      </w:r>
    </w:p>
    <w:p>
      <w:pPr>
        <w:pStyle w:val="ListBullet"/>
      </w:pPr>
      <w:r>
        <w:t>Keeping warehouse areas clean, organized and safe.</w:t>
      </w:r>
    </w:p>
    <w:p>
      <w:pPr>
        <w:pStyle w:val="ListBullet"/>
      </w:pPr>
      <w:r>
        <w:t>Following supervisor instructions and workplace safety procedures.</w:t>
      </w:r>
    </w:p>
    <w:p>
      <w:pPr>
        <w:pStyle w:val="ListBullet"/>
      </w:pPr>
      <w:r>
        <w:t>Supporting daily warehouse and factory operations.</w:t>
      </w:r>
    </w:p>
    <w:p>
      <w:pPr>
        <w:pStyle w:val="Heading1"/>
      </w:pPr>
      <w:r>
        <w:t>EDUCATION</w:t>
      </w:r>
    </w:p>
    <w:p>
      <w:r>
        <w:t>12th Grade / Senior Secondary</w:t>
      </w:r>
    </w:p>
    <w:p>
      <w:pPr>
        <w:pStyle w:val="Heading1"/>
      </w:pPr>
      <w:r>
        <w:t>DRIVING LICENCE</w:t>
      </w:r>
    </w:p>
    <w:p>
      <w:r>
        <w:t>HMV Driving Licence — 3 years heavy vehicle driving experience</w:t>
      </w:r>
    </w:p>
    <w:p>
      <w:pPr>
        <w:pStyle w:val="Heading1"/>
      </w:pPr>
      <w:r>
        <w:t>SKILLS</w:t>
      </w:r>
    </w:p>
    <w:p>
      <w:pPr>
        <w:pStyle w:val="ListBullet"/>
      </w:pPr>
      <w:r>
        <w:t>Warehouse operations</w:t>
      </w:r>
    </w:p>
    <w:p>
      <w:pPr>
        <w:pStyle w:val="ListBullet"/>
      </w:pPr>
      <w:r>
        <w:t>Loading &amp; unloading</w:t>
      </w:r>
    </w:p>
    <w:p>
      <w:pPr>
        <w:pStyle w:val="ListBullet"/>
      </w:pPr>
      <w:r>
        <w:t>Packing &amp; sorting</w:t>
      </w:r>
    </w:p>
    <w:p>
      <w:pPr>
        <w:pStyle w:val="ListBullet"/>
      </w:pPr>
      <w:r>
        <w:t>Material handling</w:t>
      </w:r>
    </w:p>
    <w:p>
      <w:pPr>
        <w:pStyle w:val="ListBullet"/>
      </w:pPr>
      <w:r>
        <w:t>Factory support work</w:t>
      </w:r>
    </w:p>
    <w:p>
      <w:pPr>
        <w:pStyle w:val="ListBullet"/>
      </w:pPr>
      <w:r>
        <w:t>Teamwork</w:t>
      </w:r>
    </w:p>
    <w:p>
      <w:pPr>
        <w:pStyle w:val="ListBullet"/>
      </w:pPr>
      <w:r>
        <w:t>Following safety procedures</w:t>
      </w:r>
    </w:p>
    <w:p>
      <w:pPr>
        <w:pStyle w:val="ListBullet"/>
      </w:pPr>
      <w:r>
        <w:t>Physically fit and hardworking</w:t>
      </w:r>
    </w:p>
    <w:p>
      <w:pPr>
        <w:pStyle w:val="Heading1"/>
      </w:pPr>
      <w:r>
        <w:t>LANGUAGES</w:t>
      </w:r>
    </w:p>
    <w:p>
      <w:r>
        <w:t>Hindi — Native</w:t>
        <w:br/>
        <w:t>English — Basic</w:t>
      </w:r>
    </w:p>
    <w:p>
      <w:pPr>
        <w:pStyle w:val="Heading1"/>
      </w:pPr>
      <w:r>
        <w:t>PERSONAL DETAILS</w:t>
      </w:r>
    </w:p>
    <w:p>
      <w:r>
        <w:t>Nationality: Indian</w:t>
        <w:br/>
        <w:t>Age: 29 years</w:t>
        <w:br/>
        <w:t>Availability: Willing to relocate to Romania</w:t>
      </w:r>
    </w:p>
    <w:p>
      <w:pPr>
        <w:pStyle w:val="Heading1"/>
      </w:pPr>
      <w:r>
        <w:t>DECLARATION</w:t>
      </w:r>
    </w:p>
    <w:p>
      <w:r>
        <w:t>I declare that the information provided above is true and correct to the best of my knowledge.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